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Drilling and Chipping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drill's vacuum fails but only two holes remain. May work continue with a mask? Can the same respiratory decision be copied from drilling to indoor chipping?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https://www.toddjeromejenkins.com/jha-jsa-examples/concrete-drilling-chipping-jha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