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Flagging Operations JSA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Radio contact fails after one direction has been released. What happens? The queue reaches around a bend. Is the original plan still sufficient?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https://www.toddjeromejenkins.com/jha-jsa-examples/flagging-operations-jsa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