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Ladder Use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correct ladder cannot fit without blocking the doorway. What now? The worker must carry a large box up. Is a careful climb enough?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https://www.toddjeromejenkins.com/jha-jsa-examples/ladder-use-jha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