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Low Slope Roof Tear Off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will remove released membrane and insulation from a low-slope commercial roof in controlled sections and lower contained debris through the planned waste route. This fictional learning example records planned controls; it supplies no actual inspections or work authorization.</w:t>
      </w:r>
    </w:p>
    <w:p>
      <w:pPr>
        <w:pStyle w:val="ListBullet"/>
      </w:pPr>
      <w:r>
        <w:t>The roof investigation releases material hazards, deck condition and permitted work and storage loads.</w:t>
      </w:r>
    </w:p>
    <w:p>
      <w:pPr>
        <w:pStyle w:val="ListBullet"/>
      </w:pPr>
      <w:r>
        <w:t>Access, edge and opening protection and the area below are established before removal.</w:t>
      </w:r>
    </w:p>
    <w:p>
      <w:pPr>
        <w:pStyle w:val="ListBullet"/>
      </w:pPr>
      <w:r>
        <w:t>This excludes hazardous-material abatement, structural deck demolition and steep-slope shingle removal.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confirms existing-material hazards and deck support?</w:t>
      </w:r>
    </w:p>
    <w:p>
      <w:pPr>
        <w:pStyle w:val="ListBullet"/>
      </w:pPr>
      <w:r>
        <w:t>How will new openings and weak deck areas be protected immediately?</w:t>
      </w:r>
    </w:p>
    <w:p>
      <w:pPr>
        <w:pStyle w:val="ListBullet"/>
      </w:pPr>
      <w:r>
        <w:t>Where may debris accumulate and how will it be lowered safely?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roof condition and materials</w:t>
      </w:r>
    </w:p>
    <w:p>
      <w:r>
        <w:rPr>
          <w:b/>
        </w:rPr>
        <w:t xml:space="preserve">Hazard: </w:t>
      </w:r>
      <w:r>
        <w:t>Unknown asbestos, fragile deck or inadequate support can cause illness or collapse.</w:t>
      </w:r>
    </w:p>
    <w:p>
      <w:r>
        <w:rPr>
          <w:b/>
        </w:rPr>
        <w:t xml:space="preserve">Control: </w:t>
      </w:r>
      <w:r>
        <w:t>Supervisor confirms material investigation, roof condition and permitted loads before disturbing the system. Hold uncertain areas for the required investigation.</w:t>
      </w:r>
    </w:p>
    <w:p>
      <w:r>
        <w:rPr>
          <w:b/>
        </w:rPr>
        <w:t xml:space="preserve">Verification: </w:t>
      </w:r>
      <w:r>
        <w:t>Compare released work zones with the actual roof and material records.</w:t>
      </w:r>
    </w:p>
    <w:p>
      <w:r>
        <w:rPr>
          <w:b/>
        </w:rPr>
        <w:t xml:space="preserve">Reasoning: </w:t>
      </w:r>
      <w:r>
        <w:t>Removal exposes conditions hidden beneath the covering.</w:t>
      </w:r>
    </w:p>
    <w:p>
      <w:pPr>
        <w:pStyle w:val="Heading2"/>
      </w:pPr>
      <w:r>
        <w:t>2 Establish access and protection</w:t>
      </w:r>
    </w:p>
    <w:p>
      <w:r>
        <w:rPr>
          <w:b/>
        </w:rPr>
        <w:t xml:space="preserve">Hazard: </w:t>
      </w:r>
      <w:r>
        <w:t>Workers can fall at edges, skylights, openings or access points.</w:t>
      </w:r>
    </w:p>
    <w:p>
      <w:r>
        <w:rPr>
          <w:b/>
        </w:rPr>
        <w:t xml:space="preserve">Control: </w:t>
      </w:r>
      <w:r>
        <w:t>Provide the planned fall and opening protection, safe access and rescue arrangements. Separate the receiving area below and coordinate occupied-building interfaces.</w:t>
      </w:r>
    </w:p>
    <w:p>
      <w:r>
        <w:rPr>
          <w:b/>
        </w:rPr>
        <w:t xml:space="preserve">Verification: </w:t>
      </w:r>
      <w:r>
        <w:t>Supervisor checks the work route and protected boundary before entry.</w:t>
      </w:r>
    </w:p>
    <w:p>
      <w:r>
        <w:rPr>
          <w:b/>
        </w:rPr>
        <w:t xml:space="preserve">Reasoning: </w:t>
      </w:r>
      <w:r>
        <w:t>A skylight is not assumed to be a protective cover.</w:t>
      </w:r>
    </w:p>
    <w:p>
      <w:pPr>
        <w:pStyle w:val="Heading2"/>
      </w:pPr>
      <w:r>
        <w:t>3 Stage tools and waste containment</w:t>
      </w:r>
    </w:p>
    <w:p>
      <w:r>
        <w:rPr>
          <w:b/>
        </w:rPr>
        <w:t xml:space="preserve">Hazard: </w:t>
      </w:r>
      <w:r>
        <w:t>Poor staging can overload the roof or create trips and dropped objects.</w:t>
      </w:r>
    </w:p>
    <w:p>
      <w:r>
        <w:rPr>
          <w:b/>
        </w:rPr>
        <w:t xml:space="preserve">Control: </w:t>
      </w:r>
      <w:r>
        <w:t>Use permitted load locations, inspect tools and set contained waste collection near the work without blocking exits or drainage.</w:t>
      </w:r>
    </w:p>
    <w:p>
      <w:r>
        <w:rPr>
          <w:b/>
        </w:rPr>
        <w:t xml:space="preserve">Verification: </w:t>
      </w:r>
      <w:r>
        <w:t>Lead checks load distribution and waste routes against the plan.</w:t>
      </w:r>
    </w:p>
    <w:p>
      <w:r>
        <w:rPr>
          <w:b/>
        </w:rPr>
        <w:t xml:space="preserve">Reasoning: </w:t>
      </w:r>
      <w:r>
        <w:t>Waste loading grows as removal progresses.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Remove in controlled sections</w:t>
      </w:r>
    </w:p>
    <w:p>
      <w:r>
        <w:rPr>
          <w:b/>
        </w:rPr>
        <w:t xml:space="preserve">Hazard: </w:t>
      </w:r>
      <w:r>
        <w:t>Cutting tools, protrusions and newly exposed weak areas can injure workers.</w:t>
      </w:r>
    </w:p>
    <w:p>
      <w:r>
        <w:rPr>
          <w:b/>
        </w:rPr>
        <w:t xml:space="preserve">Control: </w:t>
      </w:r>
      <w:r>
        <w:t>Follow the released section sequence from protected positions. Stop at unknown deck defects, services or materials and protect new hazards before moving on.</w:t>
      </w:r>
    </w:p>
    <w:p>
      <w:r>
        <w:rPr>
          <w:b/>
        </w:rPr>
        <w:t xml:space="preserve">Verification: </w:t>
      </w:r>
      <w:r>
        <w:t>Lead monitors the exposed deck and records deviations for disposition.</w:t>
      </w:r>
    </w:p>
    <w:p>
      <w:r>
        <w:rPr>
          <w:b/>
        </w:rPr>
        <w:t xml:space="preserve">Reasoning: </w:t>
      </w:r>
      <w:r>
        <w:t>The existing roof investigation must be checked against discoveries.</w:t>
      </w:r>
    </w:p>
    <w:p>
      <w:pPr>
        <w:pStyle w:val="Heading2"/>
      </w:pPr>
      <w:r>
        <w:t>5 Lower debris by the planned route</w:t>
      </w:r>
    </w:p>
    <w:p>
      <w:r>
        <w:rPr>
          <w:b/>
        </w:rPr>
        <w:t xml:space="preserve">Hazard: </w:t>
      </w:r>
      <w:r>
        <w:t>Falling waste, uncontrolled chutes or overloaded containers can strike people.</w:t>
      </w:r>
    </w:p>
    <w:p>
      <w:r>
        <w:rPr>
          <w:b/>
        </w:rPr>
        <w:t xml:space="preserve">Control: </w:t>
      </w:r>
      <w:r>
        <w:t>Contain waste and use the specified lowering system and controlled receiving area. Never throw debris over an edge or improvise a chute.</w:t>
      </w:r>
    </w:p>
    <w:p>
      <w:r>
        <w:rPr>
          <w:b/>
        </w:rPr>
        <w:t xml:space="preserve">Verification: </w:t>
      </w:r>
      <w:r>
        <w:t>Waste lead checks the lowering setup and receiving separation before each transfer.</w:t>
      </w:r>
    </w:p>
    <w:p>
      <w:r>
        <w:rPr>
          <w:b/>
        </w:rPr>
        <w:t xml:space="preserve">Reasoning: </w:t>
      </w:r>
      <w:r>
        <w:t>The waste route is part of the roof task.</w:t>
      </w:r>
    </w:p>
    <w:p>
      <w:pPr>
        <w:pStyle w:val="Heading2"/>
      </w:pPr>
      <w:r>
        <w:t>6 Protect exposed areas and hand over</w:t>
      </w:r>
    </w:p>
    <w:p>
      <w:r>
        <w:rPr>
          <w:b/>
        </w:rPr>
        <w:t xml:space="preserve">Hazard: </w:t>
      </w:r>
      <w:r>
        <w:t>Open roof sections, loose debris or weather can expose occupants and the next crew.</w:t>
      </w:r>
    </w:p>
    <w:p>
      <w:r>
        <w:rPr>
          <w:b/>
        </w:rPr>
        <w:t xml:space="preserve">Control: </w:t>
      </w:r>
      <w:r>
        <w:t>Secure material, maintain fall and opening protection and provide the specified temporary weather protection. Communicate deck defects, unfinished sections and load restrictions.</w:t>
      </w:r>
    </w:p>
    <w:p>
      <w:r>
        <w:rPr>
          <w:b/>
        </w:rPr>
        <w:t xml:space="preserve">Verification: </w:t>
      </w:r>
      <w:r>
        <w:t>Supervisor checks closeout and receiving-crew understanding.</w:t>
      </w:r>
    </w:p>
    <w:p>
      <w:r>
        <w:rPr>
          <w:b/>
        </w:rPr>
        <w:t xml:space="preserve">Reasoning: </w:t>
      </w:r>
      <w:r>
        <w:t>End-of-shift protection must address both workers and the building below.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Unknown material, deck damage or concealed service appears.</w:t>
      </w:r>
    </w:p>
    <w:p>
      <w:pPr>
        <w:pStyle w:val="ListBullet"/>
      </w:pPr>
      <w:r>
        <w:t>Loads, wind, rain or footing change.</w:t>
      </w:r>
    </w:p>
    <w:p>
      <w:pPr>
        <w:pStyle w:val="ListBullet"/>
      </w:pPr>
      <w:r>
        <w:t>Fall protection or the waste receiving boundary fails.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permitted load locations, inspect tools and set contained waste collection near the work without blocking exits or drainage.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Supervisor confirms material investigation, roof condition and permitted loads before disturbing the system. Hold uncertain areas for the required investigation.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the masonry demolition example cover this removal?</w:t>
      </w:r>
    </w:p>
    <w:p>
      <w:r>
        <w:t>No. It is a ground-floor partition task. Roof tear-off adds fall protection, evolving deck condition, roof load limits, material investigation and debris lowering.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Released removal method, roof loading and unexpected-material recognition.</w:t>
      </w:r>
    </w:p>
    <w:p>
      <w:pPr>
        <w:pStyle w:val="ListBullet"/>
      </w:pPr>
      <w:r>
        <w:t>Fall protection and the actual waste-lowering system.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Protecting Roofing Workers</w:t>
        <w:br/>
        <w:t>https://www.osha.gov/sites/default/files/publications/OSHA3755.pdf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1926.502 Fall protection systems criteria</w:t>
        <w:br/>
        <w:t>https://www.osha.gov/laws-regs/regulations/standardnumber/1926/1926.502</w:t>
      </w:r>
    </w:p>
    <w:p>
      <w:r>
        <w:rPr>
          <w:sz w:val="18"/>
        </w:rPr>
        <w:t>OSHA 1926.503 Fall protection training</w:t>
        <w:br/>
        <w:t>https://www.osha.gov/laws-regs/regulations/standardnumber/1926/1926.503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Slope Roof Tear Off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