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Stripping Forms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panel will not release with the normal method. Can the crane pull it off? The form is off, but a brace blocks the next trade. May it be removed?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https://www.toddjeromejenkins.com/jha-jsa-examples/stripping-forms-jha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