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01 • ATTENDANCE COMPONENT</w:t>
      </w:r>
    </w:p>
    <w:p>
      <w:pPr>
        <w:pStyle w:val="Title"/>
      </w:pPr>
      <w:r>
        <w:t>Crew Discussion Record</w:t>
      </w:r>
    </w:p>
    <w:p>
      <w:r>
        <w:t>Topic: Pre-Job JHA/JSA: What Changed Today? | TBT-01 | v1.2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7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v1.2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80" w:line="25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Toolbox Talk 01 — Attendance Record</dc:title>
  <dc:subject>Practical safety resources | Review package v1.2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