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03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Rigging: Before the Load Moves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</w:trPr>
        <w:tc>
          <w:tcPr>
            <w:tcW w:type="dxa" w:w="87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Load weight, balance, lifting points and configuration have a documented basis.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Rigging identification and rated capacity match the actual hitch and arrangement.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Required inspections are complete; defective or unidentified gear is removed.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Connections, edge protection and landing supports match the reviewed lift plan.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Roles, safe positions, signals and the response to unexpected movement are understood.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Rigging: Before the Load Moves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