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06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Electrical &amp; Extension-Cord Checks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</w:trPr>
        <w:tc>
          <w:tcPr>
            <w:tcW w:type="dxa" w:w="878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Equipment, cord selection and supply arrangement suit the task and environment.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Required visual checks found no unresolved defects; damaged items are isolated from use.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Applicable GFCI protection or assured grounding program is identified for the covered circuits.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Specified function check or traceable grounding test records are complete and acceptable.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Cord routing, traffic, water and nearby electrical exposures are controlled.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&amp; Extension-Cord Checks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