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15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Hearing Protection: Control Noise, Check the Fit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noise assessment covers task, duration, enclosure and adjacent work.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Specified engineering/work controls are present and usable.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Selected protectors and attenuation evaluation match the exposure.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Individual fitting checked with other PPE; defects or interference resolved.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Communication, symptom reporting and reassessment triggers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Hearing Protection: Control Noise, Check the Fit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