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16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Silica: Verify Dust Controls Before Cutting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Material/task identified and applicable control method documented.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Table 1 conditions or alternative assessment match actual work.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Complete water/extraction setup checked to source criteria.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respiratory protection, access restrictions and adjacent-work coordination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Cleanup, failure response and competent-person restart review agreed.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Silica: Verify Dust Controls Before Cutting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