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23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New to the Job: Show the Work Before You Start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Assignment, limits and required training/authorization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Worker explains key hazards and identifies actual controls.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Safe demonstration completed; gaps and restrictions recorded.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Support person and emergency communication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Follow-up time, reassessment triggers and work to hold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to the Job: Show the Work Before You Start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