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28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Distracted Driving: Set Up Before Moving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Route, destination and vehicle adjustments prepared while parked.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Loose items secured and view/controls unobstructed.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Approved phone/notification arrangement checked safely.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Dispatch and job contacts accept parked-only responses.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Safe stopping plan and unresolved departure issues addressed.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Distracted Driving: Set Up Before Moving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