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Barricades: What Does This Boundary Keep Out?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Hazard and required boundary/protection function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Entire extent, visibility, condition and access points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Physical system verified against applicable design/installation criteria.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Alternate route and authorized entry/change process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Monitoring, correction and restoration/recheck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Barricades: What Does This Boundary Keep Out?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