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30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Human Performance: Make the Next Step Clearer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Crew identifies a specific difficulty and useful existing practices.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Conflicting instructions/resources resolved before the affected step.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Proposed change approved through the appropriate process.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walkthrough/handoff check demonstrates the intended improvement.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Interruption response, change risks and follow-up owner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Performance: Make the Next Step Clearer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