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31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Learning Teams: Ask What Makes Work Difficult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Specific task and relevant worker perspectives included.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Purpose, note use, participation support and urgent-hazard response clear.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Facts, differing accounts and questions recorded without premature conclusions.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Observation or improvement uses an approved safe process.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Named owner, feedback date and effectiveness check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Teams: Ask What Makes Work Difficult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