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35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Suspected Opioid Overdose: Get Help and Be Ready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Emergency call method and exact location understood.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Stocked naloxone accessible and checked against its label.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Current trained responder and backup coverage confirmed.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CPR/AED and emergency access roles clear.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Defects, replacement and follow-up assigned without patient details.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Suspected Opioid Overdose: Get Help and Be Ready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