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Chemical Exposure: Verify the Help Before Use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Actual product and matching SDS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Exposure controls and first-aid instructions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washing access and function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Emergency and Poison Help call routes known.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Gaps corrected before exposure; results and owner recorded.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Exposure: Verify the Help Before Use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