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53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Asbestos: Verify Before You Disturb the Material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Exact task and materials matched to information.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Unknown or suspect material kept undisturbed.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Responsible asbestos personnel and authorization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Boundaries and adjacent-work protection checked safely.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Change triggers and required release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Asbestos: Verify Before You Disturb the Material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