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Trailer Towing: Verify the Connection Before the Trip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Authorized driver and exact combination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Rating and loaded-weight evidence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Coupling and safety systems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Brake, lighting, tire and cargo defects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Route, backing communication and rechecks planned.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Towing: Verify the Connection Before the Trip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