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55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Safety at Home: Check the Alarm and the Way Out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Voluntary take-home scope explained.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Manufacturer and local fire guidance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Safe test and walkthrough methods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Appropriate help route for failed alarms/access needs given.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No private household information collected.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at Home: Check the Alarm and the Way Out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