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56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Holiday Weekend: Check the Celebration and Ride Home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Voluntary off-work scope and no demonstration explained.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restriction source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Actual transport and backup prompted.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Clear stop decision for misfire, impairment or children’s access.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CPSC guidance available for further review.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Weekend: Check the Celebration and Ride Home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