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58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Hunting Safety: Check the Plan Before You Leave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Voluntary off-work scope explained.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Current state wildlife authority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Equipment instructions and safe ground checks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Location/contact planning exercise completed.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No weapon demonstration or private medical disclosure requested.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Hunting Safety: Check the Plan Before You Leave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