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82 • ATTENDANCE COMPONENT</w:t>
      </w:r>
    </w:p>
    <w:p>
      <w:pPr>
        <w:pStyle w:val="Title"/>
      </w:pPr>
      <w:r>
        <w:t>Crew Discussion Record</w:t>
      </w:r>
    </w:p>
    <w:p>
      <w:r>
        <w:t>Topic: After the Storm: Verify Before Reentry | TBT-82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After the Storm: Verify Before Reentry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